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left="4932"/>
        <w:jc w:val="left"/>
      </w:pPr>
      <w:r>
        <w:t>В ____________________ районный суд</w:t>
      </w:r>
    </w:p>
    <w:p>
      <w:pPr>
        <w:spacing w:after="0"/>
        <w:ind w:left="4932"/>
        <w:jc w:val="left"/>
      </w:pPr>
      <w:r>
        <w:t>города ______________________________</w:t>
      </w:r>
    </w:p>
    <w:p>
      <w:pPr>
        <w:spacing w:after="0"/>
        <w:ind w:left="4932"/>
        <w:jc w:val="left"/>
      </w:pPr>
      <w:r>
        <w:t>адрес: ______________________________</w:t>
      </w:r>
    </w:p>
    <w:p>
      <w:pPr>
        <w:spacing w:after="0"/>
        <w:ind w:left="4932"/>
        <w:jc w:val="left"/>
      </w:pPr>
    </w:p>
    <w:p>
      <w:pPr>
        <w:spacing w:after="0"/>
        <w:ind w:left="4932"/>
        <w:jc w:val="left"/>
      </w:pPr>
      <w:r>
        <w:t>Истец: ______________________________</w:t>
      </w:r>
    </w:p>
    <w:p>
      <w:pPr>
        <w:spacing w:after="0"/>
        <w:ind w:left="4932"/>
        <w:jc w:val="left"/>
      </w:pPr>
      <w:r>
        <w:t>(фамилия, имя, отчество полностью)</w:t>
      </w:r>
    </w:p>
    <w:p>
      <w:pPr>
        <w:spacing w:after="0"/>
        <w:ind w:left="4932"/>
        <w:jc w:val="left"/>
      </w:pPr>
      <w:r>
        <w:t>дата рождения: ______________________</w:t>
      </w:r>
    </w:p>
    <w:p>
      <w:pPr>
        <w:spacing w:after="0"/>
        <w:ind w:left="4932"/>
        <w:jc w:val="left"/>
      </w:pPr>
      <w:r>
        <w:t>место рождения: _____________________</w:t>
      </w:r>
    </w:p>
    <w:p>
      <w:pPr>
        <w:spacing w:after="0"/>
        <w:ind w:left="4932"/>
        <w:jc w:val="left"/>
      </w:pPr>
      <w:r>
        <w:t>место жительства: ___________________</w:t>
      </w:r>
    </w:p>
    <w:p>
      <w:pPr>
        <w:spacing w:after="0"/>
        <w:ind w:left="4932"/>
        <w:jc w:val="left"/>
      </w:pPr>
      <w:r>
        <w:t>СНИЛС (или ИНН, или серия и номер</w:t>
      </w:r>
    </w:p>
    <w:p>
      <w:pPr>
        <w:spacing w:after="0"/>
        <w:ind w:left="4932"/>
        <w:jc w:val="left"/>
      </w:pPr>
      <w:r>
        <w:t>паспорта): __________________________</w:t>
      </w:r>
    </w:p>
    <w:p>
      <w:pPr>
        <w:spacing w:after="0"/>
        <w:ind w:left="4932"/>
        <w:jc w:val="left"/>
      </w:pPr>
      <w:r>
        <w:t>телефон: ____________________________</w:t>
      </w:r>
    </w:p>
    <w:p>
      <w:pPr>
        <w:spacing w:after="0"/>
        <w:ind w:left="4932"/>
        <w:jc w:val="left"/>
      </w:pPr>
      <w:r>
        <w:t>электронная почта: __________________</w:t>
      </w:r>
    </w:p>
    <w:p>
      <w:pPr>
        <w:spacing w:after="0"/>
        <w:ind w:left="4932"/>
        <w:jc w:val="left"/>
      </w:pPr>
    </w:p>
    <w:p>
      <w:pPr>
        <w:spacing w:after="0"/>
        <w:ind w:left="4932"/>
        <w:jc w:val="left"/>
      </w:pPr>
      <w:r>
        <w:t>Ответчик: ___________________________</w:t>
      </w:r>
    </w:p>
    <w:p>
      <w:pPr>
        <w:spacing w:after="0"/>
        <w:ind w:left="4932"/>
        <w:jc w:val="left"/>
      </w:pPr>
      <w:r>
        <w:t>(фамилия, имя, отчество полностью)</w:t>
      </w:r>
    </w:p>
    <w:p>
      <w:pPr>
        <w:spacing w:after="0"/>
        <w:ind w:left="4932"/>
        <w:jc w:val="left"/>
      </w:pPr>
      <w:r>
        <w:t>дата рождения: ______________________</w:t>
      </w:r>
    </w:p>
    <w:p>
      <w:pPr>
        <w:spacing w:after="0"/>
        <w:ind w:left="4932"/>
        <w:jc w:val="left"/>
      </w:pPr>
      <w:r>
        <w:t>место рождения: _____________________</w:t>
      </w:r>
    </w:p>
    <w:p>
      <w:pPr>
        <w:spacing w:after="0"/>
        <w:ind w:left="4932"/>
        <w:jc w:val="left"/>
      </w:pPr>
      <w:r>
        <w:t>место жительства: ___________________</w:t>
      </w:r>
    </w:p>
    <w:p>
      <w:pPr>
        <w:spacing w:after="0"/>
        <w:ind w:left="4932"/>
        <w:jc w:val="left"/>
      </w:pPr>
      <w:r>
        <w:t>идентификатор ответчика истцу</w:t>
      </w:r>
    </w:p>
    <w:p>
      <w:pPr>
        <w:spacing w:after="0"/>
        <w:ind w:left="4932"/>
        <w:jc w:val="left"/>
      </w:pPr>
      <w:r>
        <w:t>неизвестен (п. 3 ч. 2 ст. 131 ГПК РФ)</w:t>
      </w:r>
    </w:p>
    <w:p>
      <w:pPr>
        <w:spacing w:after="0"/>
        <w:ind w:left="4932"/>
        <w:jc w:val="left"/>
      </w:pPr>
    </w:p>
    <w:p>
      <w:pPr>
        <w:spacing w:after="0"/>
        <w:ind w:left="4932"/>
        <w:jc w:val="left"/>
      </w:pPr>
      <w:r>
        <w:t>Третье лицо: отдел ЗАГС ______________</w:t>
      </w:r>
    </w:p>
    <w:p>
      <w:pPr>
        <w:spacing w:after="0"/>
        <w:ind w:left="4932"/>
        <w:jc w:val="left"/>
      </w:pPr>
      <w:r>
        <w:t>адрес: ______________________________</w:t>
      </w:r>
    </w:p>
    <w:p>
      <w:pPr>
        <w:spacing w:after="0"/>
        <w:ind w:left="4932"/>
        <w:jc w:val="left"/>
      </w:pPr>
    </w:p>
    <w:p>
      <w:pPr>
        <w:spacing w:after="0"/>
        <w:ind w:left="4932"/>
        <w:jc w:val="left"/>
      </w:pPr>
      <w:r>
        <w:t>Госпошлина: 3 000 рублей</w:t>
      </w:r>
    </w:p>
    <w:p>
      <w:pPr>
        <w:spacing w:after="0"/>
      </w:pPr>
    </w:p>
    <w:p>
      <w:pPr>
        <w:spacing w:after="0"/>
      </w:pPr>
    </w:p>
    <w:p>
      <w:pPr>
        <w:spacing w:after="120"/>
        <w:jc w:val="center"/>
      </w:pPr>
      <w:r>
        <w:rPr>
          <w:b/>
        </w:rPr>
        <w:t>ИСКОВОЕ ЗАЯВЛЕНИЕ</w:t>
      </w:r>
    </w:p>
    <w:p>
      <w:pPr>
        <w:spacing w:after="120"/>
        <w:jc w:val="center"/>
      </w:pPr>
      <w:r>
        <w:rPr>
          <w:b/>
        </w:rPr>
        <w:t>об установлении отцовства и взыскании алиментов</w:t>
      </w:r>
    </w:p>
    <w:p>
      <w:pPr>
        <w:spacing w:after="0"/>
      </w:pPr>
    </w:p>
    <w:p>
      <w:pPr>
        <w:spacing w:after="120"/>
        <w:ind w:firstLine="709"/>
        <w:jc w:val="both"/>
      </w:pPr>
      <w:r>
        <w:rPr>
          <w:b w:val="0"/>
        </w:rPr>
        <w:t>С «___» __________ 20___ года по «___» __________ 20___ года я состояла с ответчиком в фактических брачных отношениях без регистрации брака. Мы проживали совместно по адресу: ______________________________, вели общее хозяйство и несли общие расходы.</w:t>
      </w:r>
    </w:p>
    <w:p>
      <w:pPr>
        <w:spacing w:after="120"/>
        <w:ind w:firstLine="709"/>
        <w:jc w:val="both"/>
      </w:pPr>
      <w:r>
        <w:rPr>
          <w:b w:val="0"/>
        </w:rPr>
        <w:t>«___» __________ 20___ года у меня родился(ась) ______________________________, что подтверждается свидетельством о рождении серии ____ № __________, выданным ______________________________ «___» __________ 20___ года. Сведения об отце в записи акта о рождении № __________ отсутствуют, поскольку совместное заявление об установлении отцовства в орган записи актов гражданского состояния мы не подавали.</w:t>
      </w:r>
    </w:p>
    <w:p>
      <w:pPr>
        <w:spacing w:after="120"/>
        <w:ind w:firstLine="709"/>
        <w:jc w:val="both"/>
      </w:pPr>
      <w:r>
        <w:rPr>
          <w:b w:val="0"/>
        </w:rPr>
        <w:t>Ответчик приходится ребёнку отцом. В период предполагаемого зачатия мы проживали совместно, ответчик знал о беременности, сопровождал меня на приёмы в медицинскую организацию, участвовал в подготовке к рождению ребёнка и после рождения передавал денежные средства на его содержание. После прекращения отношений ответчик отказался подать совместное заявление в орган записи актов гражданского состояния и отцовство не признаёт.</w:t>
      </w:r>
    </w:p>
    <w:p>
      <w:pPr>
        <w:spacing w:after="120"/>
        <w:ind w:firstLine="709"/>
        <w:jc w:val="both"/>
      </w:pPr>
      <w:r>
        <w:rPr>
          <w:b w:val="0"/>
        </w:rPr>
        <w:t>(Опишите свои обстоятельства: период совместного проживания, доказательства отношений, поведение ответчика до и после рождения ребёнка.)</w:t>
      </w:r>
    </w:p>
    <w:p>
      <w:pPr>
        <w:spacing w:after="120"/>
        <w:ind w:firstLine="709"/>
        <w:jc w:val="both"/>
      </w:pPr>
      <w:r>
        <w:rPr>
          <w:b w:val="0"/>
        </w:rPr>
        <w:t>Согласно статье 49 Семейного кодекса Российской Федерации при рождении ребёнка у родителей, не состоящих в браке между собой, и при отсутствии совместного заявления родителей происхождение ребёнка от конкретного лица устанавливается в судебном порядке по заявлению одного из родителей. При этом суд принимает во внимание любые доказательства, с достоверностью подтверждающие происхождение ребёнка от конкретного лица.</w:t>
      </w:r>
    </w:p>
    <w:p>
      <w:pPr>
        <w:spacing w:after="120"/>
        <w:ind w:firstLine="709"/>
        <w:jc w:val="both"/>
      </w:pPr>
      <w:r>
        <w:rPr>
          <w:b w:val="0"/>
        </w:rPr>
        <w:t>Согласно пункту 1 статьи 80 Семейного кодекса Российской Федерации родители обязаны содержать своих несовершеннолетних детей. В соответствии с пунктом 1 статьи 81 Семейного кодекса Российской Федерации при отсутствии соглашения об уплате алиментов они взыскиваются судом ежемесячно в размере одной четверти заработка и иного дохода родителя на одного ребёнка.</w:t>
      </w:r>
    </w:p>
    <w:p>
      <w:pPr>
        <w:spacing w:after="0"/>
      </w:pPr>
    </w:p>
    <w:p>
      <w:pPr>
        <w:spacing w:after="120"/>
        <w:ind w:firstLine="709"/>
        <w:jc w:val="both"/>
      </w:pPr>
      <w:r>
        <w:rPr>
          <w:b w:val="0"/>
        </w:rPr>
        <w:t>На основании изложенного и руководствуясь статьями 49, 80, 81 Семейного кодекса Российской Федерации, статьями 131, 132 Гражданского процессуального кодекса Российской Федерации,</w:t>
      </w:r>
    </w:p>
    <w:p>
      <w:pPr>
        <w:spacing w:after="0"/>
      </w:pPr>
    </w:p>
    <w:p>
      <w:pPr>
        <w:spacing w:after="120"/>
        <w:jc w:val="center"/>
      </w:pPr>
      <w:r>
        <w:rPr>
          <w:b/>
        </w:rPr>
        <w:t>ПРОШУ:</w:t>
      </w:r>
    </w:p>
    <w:p>
      <w:pPr>
        <w:spacing w:after="0"/>
      </w:pPr>
    </w:p>
    <w:p>
      <w:pPr>
        <w:spacing w:after="120"/>
        <w:ind w:firstLine="709"/>
        <w:jc w:val="both"/>
      </w:pPr>
      <w:r>
        <w:t>1. Установить, что ______________________________, дата рождения «___» __________ 19___ года, является отцом ______________________________, родившегося(ейся) «___» __________ 20___ года.</w:t>
      </w:r>
    </w:p>
    <w:p>
      <w:pPr>
        <w:spacing w:after="120"/>
        <w:ind w:firstLine="709"/>
        <w:jc w:val="both"/>
      </w:pPr>
      <w:r>
        <w:t>2. Внести сведения об отце ______________________________ в запись акта о рождении № __________ от «___» __________ 20___ года, составленную ______________________________.</w:t>
      </w:r>
    </w:p>
    <w:p>
      <w:pPr>
        <w:spacing w:after="120"/>
        <w:ind w:firstLine="709"/>
        <w:jc w:val="both"/>
      </w:pPr>
      <w:r>
        <w:t>3. Изменить фамилию ребёнка с «__________» на «__________».</w:t>
      </w:r>
    </w:p>
    <w:p>
      <w:pPr>
        <w:spacing w:after="120"/>
        <w:ind w:firstLine="709"/>
        <w:jc w:val="both"/>
      </w:pPr>
      <w:r>
        <w:t>4. Взыскать с ______________________________ алименты на содержание ______________________________ в размере одной четверти всех видов заработка и иного дохода ежемесячно, начиная со дня обращения в суд и до совершеннолетия ребёнка.</w:t>
      </w:r>
    </w:p>
    <w:p>
      <w:pPr>
        <w:spacing w:after="120"/>
        <w:ind w:firstLine="709"/>
        <w:jc w:val="both"/>
      </w:pPr>
      <w:r>
        <w:t>5. Назначить по делу судебную молекулярно-генетическую экспертизу с вопросом эксперту о том, является ли ______________________________ биологическим отцом ______________________________, и поручить её проведение ______________________________.</w:t>
      </w:r>
    </w:p>
    <w:p>
      <w:pPr>
        <w:spacing w:after="0"/>
      </w:pPr>
    </w:p>
    <w:p>
      <w:pPr>
        <w:spacing w:after="120"/>
        <w:jc w:val="both"/>
      </w:pPr>
      <w:r>
        <w:rPr>
          <w:b/>
        </w:rPr>
        <w:t>Приложения:</w:t>
      </w:r>
    </w:p>
    <w:p>
      <w:pPr>
        <w:spacing w:after="0"/>
        <w:ind w:left="709"/>
        <w:jc w:val="left"/>
      </w:pPr>
      <w:r>
        <w:t>1. Копия свидетельства о рождении ребёнка.</w:t>
      </w:r>
    </w:p>
    <w:p>
      <w:pPr>
        <w:spacing w:after="0"/>
        <w:ind w:left="709"/>
        <w:jc w:val="left"/>
      </w:pPr>
      <w:r>
        <w:t>2. Справка о регистрации по месту жительства, подтверждающая проживание ребёнка с истцом.</w:t>
      </w:r>
    </w:p>
    <w:p>
      <w:pPr>
        <w:spacing w:after="0"/>
        <w:ind w:left="709"/>
        <w:jc w:val="left"/>
      </w:pPr>
      <w:r>
        <w:t>3. Документы о совместном проживании с ответчиком: договор найма жилого помещения, справка управляющей организации.</w:t>
      </w:r>
    </w:p>
    <w:p>
      <w:pPr>
        <w:spacing w:after="0"/>
        <w:ind w:left="709"/>
        <w:jc w:val="left"/>
      </w:pPr>
      <w:r>
        <w:t>4. Переписка с ответчиком в мессенджере на бумажном носителе.</w:t>
      </w:r>
    </w:p>
    <w:p>
      <w:pPr>
        <w:spacing w:after="0"/>
        <w:ind w:left="709"/>
        <w:jc w:val="left"/>
      </w:pPr>
      <w:r>
        <w:t>5. Выписка по банковскому счёту о переводах ответчика на содержание ребёнка.</w:t>
      </w:r>
    </w:p>
    <w:p>
      <w:pPr>
        <w:spacing w:after="0"/>
        <w:ind w:left="709"/>
        <w:jc w:val="left"/>
      </w:pPr>
      <w:r>
        <w:t>6. Фотографии ответчика с ребёнком.</w:t>
      </w:r>
    </w:p>
    <w:p>
      <w:pPr>
        <w:spacing w:after="0"/>
        <w:ind w:left="709"/>
        <w:jc w:val="left"/>
      </w:pPr>
      <w:r>
        <w:t>7. Документ, подтверждающий направление копии искового заявления с приложениями ответчику и третьему лицу.</w:t>
      </w:r>
    </w:p>
    <w:p>
      <w:pPr>
        <w:spacing w:after="0"/>
        <w:ind w:left="709"/>
        <w:jc w:val="left"/>
      </w:pPr>
      <w:r>
        <w:t>8. Квитанция об уплате государственной пошлины 3 000 рублей.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t>«___» __________ 20___ года          ______________ / ______________________</w:t>
      </w:r>
    </w:p>
    <w:p>
      <w:pPr>
        <w:spacing w:after="0"/>
      </w:pPr>
      <w:r>
        <w:t xml:space="preserve">                                                    (подпись)                (расшифровка)</w:t>
      </w:r>
    </w:p>
    <w:p>
      <w:pPr>
        <w:spacing w:after="0"/>
      </w:pPr>
    </w:p>
    <w:p>
      <w:pPr>
        <w:spacing w:after="0"/>
      </w:pPr>
    </w:p>
    <w:p>
      <w:pPr>
        <w:jc w:val="center"/>
      </w:pPr>
      <w:r>
        <w:rPr>
          <w:i/>
          <w:sz w:val="18"/>
        </w:rPr>
        <w:t>Образец подготовлен адвокатом Анцуповым Д. В. Реестровый № 50/8591, Адвокатская палата Московской области. advokati-moscow.ru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